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8292C6" w14:textId="77777777" w:rsidR="000C3C43" w:rsidRDefault="00372EB9" w:rsidP="007F7E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 xml:space="preserve">Summer 1 – people who help us </w:t>
      </w:r>
    </w:p>
    <w:p w14:paraId="5C45B2D5" w14:textId="77777777" w:rsidR="00372EB9" w:rsidRDefault="00372EB9" w:rsidP="007F7E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2"/>
        <w:gridCol w:w="1424"/>
        <w:gridCol w:w="3209"/>
        <w:gridCol w:w="3933"/>
        <w:gridCol w:w="3732"/>
      </w:tblGrid>
      <w:tr w:rsidR="00372EB9" w:rsidRPr="00372EB9" w14:paraId="31B54E15" w14:textId="77777777" w:rsidTr="00372EB9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8EA8DC9" w14:textId="77777777" w:rsidR="00372EB9" w:rsidRPr="00372EB9" w:rsidRDefault="00372EB9" w:rsidP="007F7E5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r w:rsidRPr="00372E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Week</w:t>
            </w:r>
          </w:p>
        </w:tc>
        <w:tc>
          <w:tcPr>
            <w:tcW w:w="0" w:type="auto"/>
            <w:vAlign w:val="center"/>
            <w:hideMark/>
          </w:tcPr>
          <w:p w14:paraId="594E5440" w14:textId="77777777" w:rsidR="00372EB9" w:rsidRPr="00372EB9" w:rsidRDefault="00372EB9" w:rsidP="007F7E5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r w:rsidRPr="00372E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Focus Theme</w:t>
            </w:r>
          </w:p>
        </w:tc>
        <w:tc>
          <w:tcPr>
            <w:tcW w:w="0" w:type="auto"/>
            <w:vAlign w:val="center"/>
            <w:hideMark/>
          </w:tcPr>
          <w:p w14:paraId="2D02FB62" w14:textId="77777777" w:rsidR="00372EB9" w:rsidRPr="00372EB9" w:rsidRDefault="00372EB9" w:rsidP="007F7E5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r w:rsidRPr="00372E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Nursery – Key Objectives &amp; Activities</w:t>
            </w:r>
          </w:p>
        </w:tc>
        <w:tc>
          <w:tcPr>
            <w:tcW w:w="0" w:type="auto"/>
            <w:vAlign w:val="center"/>
            <w:hideMark/>
          </w:tcPr>
          <w:p w14:paraId="6672BA29" w14:textId="77777777" w:rsidR="00372EB9" w:rsidRPr="00372EB9" w:rsidRDefault="00372EB9" w:rsidP="007F7E5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r w:rsidRPr="00372E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Reception – Key Objectives &amp; Activities</w:t>
            </w:r>
          </w:p>
        </w:tc>
        <w:tc>
          <w:tcPr>
            <w:tcW w:w="0" w:type="auto"/>
            <w:vAlign w:val="center"/>
            <w:hideMark/>
          </w:tcPr>
          <w:p w14:paraId="5A5CB5BF" w14:textId="77777777" w:rsidR="00372EB9" w:rsidRPr="00372EB9" w:rsidRDefault="00372EB9" w:rsidP="007F7E5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r w:rsidRPr="00372E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Continuous Provision Enhancements</w:t>
            </w:r>
          </w:p>
        </w:tc>
      </w:tr>
      <w:tr w:rsidR="00372EB9" w:rsidRPr="00372EB9" w14:paraId="2671C0D8" w14:textId="77777777" w:rsidTr="00372EB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815279" w14:textId="77777777" w:rsidR="00372EB9" w:rsidRPr="00372EB9" w:rsidRDefault="00372EB9" w:rsidP="007F7E5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372E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345B370" w14:textId="77777777" w:rsidR="00372EB9" w:rsidRPr="00372EB9" w:rsidRDefault="00372EB9" w:rsidP="007F7E5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Introducing Helpers</w:t>
            </w:r>
          </w:p>
        </w:tc>
        <w:tc>
          <w:tcPr>
            <w:tcW w:w="0" w:type="auto"/>
            <w:vAlign w:val="center"/>
            <w:hideMark/>
          </w:tcPr>
          <w:p w14:paraId="0401B478" w14:textId="3CBB3C26" w:rsidR="00372EB9" w:rsidRPr="00372EB9" w:rsidRDefault="00372EB9" w:rsidP="007F7E5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- Recognise people who help us in school and </w:t>
            </w:r>
            <w:r w:rsidR="007F7E5E"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community. -</w:t>
            </w:r>
            <w:r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Talk about different </w:t>
            </w:r>
            <w:r w:rsidR="007F7E5E"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jobs.</w:t>
            </w:r>
            <w:r w:rsidR="007F7E5E" w:rsidRPr="00372E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Activities</w:t>
            </w:r>
            <w:r w:rsidRPr="00372E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:</w:t>
            </w:r>
            <w:r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Picture matching, role-play helpers, story time about community workers.</w:t>
            </w:r>
          </w:p>
        </w:tc>
        <w:tc>
          <w:tcPr>
            <w:tcW w:w="0" w:type="auto"/>
            <w:vAlign w:val="center"/>
            <w:hideMark/>
          </w:tcPr>
          <w:p w14:paraId="50751ED5" w14:textId="0C2B1AB3" w:rsidR="00372EB9" w:rsidRPr="00372EB9" w:rsidRDefault="00372EB9" w:rsidP="007F7E5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- Identify key community </w:t>
            </w:r>
            <w:r w:rsidR="007F7E5E"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helpers. -</w:t>
            </w:r>
            <w:r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Describe what they </w:t>
            </w:r>
            <w:r w:rsidR="007F7E5E"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do.</w:t>
            </w:r>
            <w:r w:rsidR="007F7E5E" w:rsidRPr="00372E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Activities</w:t>
            </w:r>
            <w:r w:rsidRPr="00372E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:</w:t>
            </w:r>
            <w:r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Sorting helpers by role, discuss uniforms, match tools to jobs.</w:t>
            </w:r>
          </w:p>
        </w:tc>
        <w:tc>
          <w:tcPr>
            <w:tcW w:w="0" w:type="auto"/>
            <w:vAlign w:val="center"/>
            <w:hideMark/>
          </w:tcPr>
          <w:p w14:paraId="382CB6E8" w14:textId="4755487F" w:rsidR="00372EB9" w:rsidRPr="00372EB9" w:rsidRDefault="00372EB9" w:rsidP="007F7E5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Role-play: Dress-up corner with uniforms &amp; </w:t>
            </w:r>
            <w:r w:rsidR="007F7E5E"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props. Construction</w:t>
            </w:r>
            <w:r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: Build a hospital, fire station, or police station with </w:t>
            </w:r>
            <w:r w:rsidR="007F7E5E"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blocks. Creative</w:t>
            </w:r>
            <w:r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: Colour helpers’ </w:t>
            </w:r>
            <w:r w:rsidR="007F7E5E"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pictures. Outdoor</w:t>
            </w:r>
            <w:r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: “Who helps?” matching game.</w:t>
            </w:r>
          </w:p>
        </w:tc>
      </w:tr>
      <w:tr w:rsidR="00372EB9" w:rsidRPr="00372EB9" w14:paraId="0FFDE102" w14:textId="77777777" w:rsidTr="00372EB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FFDAC8" w14:textId="77777777" w:rsidR="00372EB9" w:rsidRPr="00372EB9" w:rsidRDefault="00372EB9" w:rsidP="007F7E5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372E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6793354" w14:textId="77777777" w:rsidR="00372EB9" w:rsidRPr="00372EB9" w:rsidRDefault="00372EB9" w:rsidP="007F7E5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Firefighters &amp; Police</w:t>
            </w:r>
          </w:p>
        </w:tc>
        <w:tc>
          <w:tcPr>
            <w:tcW w:w="0" w:type="auto"/>
            <w:vAlign w:val="center"/>
            <w:hideMark/>
          </w:tcPr>
          <w:p w14:paraId="42B2DCFB" w14:textId="52C90F1F" w:rsidR="00372EB9" w:rsidRPr="00372EB9" w:rsidRDefault="00372EB9" w:rsidP="007F7E5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- Learn about fire and safety </w:t>
            </w:r>
            <w:r w:rsidR="007F7E5E"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helpers. -</w:t>
            </w:r>
            <w:r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Explore firefighter and police </w:t>
            </w:r>
            <w:r w:rsidR="007F7E5E"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roles.</w:t>
            </w:r>
            <w:r w:rsidR="007F7E5E" w:rsidRPr="00372E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Activities</w:t>
            </w:r>
            <w:r w:rsidRPr="00372E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:</w:t>
            </w:r>
            <w:r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Fire engine small world, role-play putting out fires.</w:t>
            </w:r>
          </w:p>
        </w:tc>
        <w:tc>
          <w:tcPr>
            <w:tcW w:w="0" w:type="auto"/>
            <w:vAlign w:val="center"/>
            <w:hideMark/>
          </w:tcPr>
          <w:p w14:paraId="62D45D40" w14:textId="5E24BCCB" w:rsidR="00372EB9" w:rsidRPr="00372EB9" w:rsidRDefault="00372EB9" w:rsidP="007F7E5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- Describe duties of firefighters &amp; </w:t>
            </w:r>
            <w:r w:rsidR="007F7E5E"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police. -</w:t>
            </w:r>
            <w:r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Talk about safety </w:t>
            </w:r>
            <w:r w:rsidR="007F7E5E"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rules.</w:t>
            </w:r>
            <w:r w:rsidR="007F7E5E" w:rsidRPr="00372E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Activities</w:t>
            </w:r>
            <w:r w:rsidRPr="00372E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:</w:t>
            </w:r>
            <w:r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Write/draw safety posters, sequence emergency steps.</w:t>
            </w:r>
          </w:p>
        </w:tc>
        <w:tc>
          <w:tcPr>
            <w:tcW w:w="0" w:type="auto"/>
            <w:vAlign w:val="center"/>
            <w:hideMark/>
          </w:tcPr>
          <w:p w14:paraId="080A58D0" w14:textId="11508262" w:rsidR="00372EB9" w:rsidRPr="00372EB9" w:rsidRDefault="00372EB9" w:rsidP="007F7E5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Role-play: Fire station or police </w:t>
            </w:r>
            <w:r w:rsidR="007F7E5E"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station. Construction</w:t>
            </w:r>
            <w:r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: Build fire engines/police </w:t>
            </w:r>
            <w:r w:rsidR="007F7E5E"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cars. Creative</w:t>
            </w:r>
            <w:r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: Badge </w:t>
            </w:r>
            <w:r w:rsidR="007F7E5E"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making. Outdoor</w:t>
            </w:r>
            <w:r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: Obstacle course “rescue mission”.</w:t>
            </w:r>
          </w:p>
        </w:tc>
      </w:tr>
      <w:tr w:rsidR="00372EB9" w:rsidRPr="00372EB9" w14:paraId="1C4EFCC4" w14:textId="77777777" w:rsidTr="00372EB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ADBB1B" w14:textId="77777777" w:rsidR="00372EB9" w:rsidRPr="00372EB9" w:rsidRDefault="00372EB9" w:rsidP="007F7E5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372E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8EFC92F" w14:textId="77777777" w:rsidR="00372EB9" w:rsidRPr="00372EB9" w:rsidRDefault="00372EB9" w:rsidP="007F7E5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Doctors, Nurses &amp; Paramedics</w:t>
            </w:r>
          </w:p>
        </w:tc>
        <w:tc>
          <w:tcPr>
            <w:tcW w:w="0" w:type="auto"/>
            <w:vAlign w:val="center"/>
            <w:hideMark/>
          </w:tcPr>
          <w:p w14:paraId="6205E9C3" w14:textId="531C2AA1" w:rsidR="00372EB9" w:rsidRPr="00372EB9" w:rsidRDefault="00372EB9" w:rsidP="007F7E5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- Explore how medical helpers keep us </w:t>
            </w:r>
            <w:r w:rsidR="007F7E5E"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healthy. -</w:t>
            </w:r>
            <w:r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Role-play caring for </w:t>
            </w:r>
            <w:r w:rsidR="007F7E5E"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others.</w:t>
            </w:r>
            <w:r w:rsidR="007F7E5E" w:rsidRPr="00372E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Activities</w:t>
            </w:r>
            <w:r w:rsidRPr="00372E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:</w:t>
            </w:r>
            <w:r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Doctor’s surgery, check-ups with toys.</w:t>
            </w:r>
          </w:p>
        </w:tc>
        <w:tc>
          <w:tcPr>
            <w:tcW w:w="0" w:type="auto"/>
            <w:vAlign w:val="center"/>
            <w:hideMark/>
          </w:tcPr>
          <w:p w14:paraId="17E5C7F1" w14:textId="0B2F7A86" w:rsidR="00372EB9" w:rsidRPr="00372EB9" w:rsidRDefault="00372EB9" w:rsidP="007F7E5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- Explain what doctors/nurses/paramedics </w:t>
            </w:r>
            <w:r w:rsidR="007F7E5E"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do. -</w:t>
            </w:r>
            <w:r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Identify simple ways to stay </w:t>
            </w:r>
            <w:r w:rsidR="007F7E5E"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healthy.</w:t>
            </w:r>
            <w:r w:rsidR="007F7E5E" w:rsidRPr="00372E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Activities</w:t>
            </w:r>
            <w:r w:rsidRPr="00372E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:</w:t>
            </w:r>
            <w:r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Write simple labels, draw hospital scenes.</w:t>
            </w:r>
          </w:p>
        </w:tc>
        <w:tc>
          <w:tcPr>
            <w:tcW w:w="0" w:type="auto"/>
            <w:vAlign w:val="center"/>
            <w:hideMark/>
          </w:tcPr>
          <w:p w14:paraId="653423D1" w14:textId="0269AB83" w:rsidR="00372EB9" w:rsidRPr="00372EB9" w:rsidRDefault="00372EB9" w:rsidP="007F7E5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Role-play: Doctor’s surgery </w:t>
            </w:r>
            <w:r w:rsidR="007F7E5E"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corner. Construction</w:t>
            </w:r>
            <w:r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: Hospital building with </w:t>
            </w:r>
            <w:r w:rsidR="007F7E5E"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blocks. Creative</w:t>
            </w:r>
            <w:r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: Make doctor bags or patient </w:t>
            </w:r>
            <w:r w:rsidR="007F7E5E"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charts. Outdoor</w:t>
            </w:r>
            <w:r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: “Doctor rescue” games.</w:t>
            </w:r>
          </w:p>
        </w:tc>
      </w:tr>
      <w:tr w:rsidR="00372EB9" w:rsidRPr="00372EB9" w14:paraId="5CBAE2FB" w14:textId="77777777" w:rsidTr="00372EB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43BE00" w14:textId="77777777" w:rsidR="00372EB9" w:rsidRPr="00372EB9" w:rsidRDefault="00372EB9" w:rsidP="007F7E5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372E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ADCD4D3" w14:textId="77777777" w:rsidR="00372EB9" w:rsidRPr="00372EB9" w:rsidRDefault="00372EB9" w:rsidP="007F7E5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Teachers &amp; School Helpers</w:t>
            </w:r>
          </w:p>
        </w:tc>
        <w:tc>
          <w:tcPr>
            <w:tcW w:w="0" w:type="auto"/>
            <w:vAlign w:val="center"/>
            <w:hideMark/>
          </w:tcPr>
          <w:p w14:paraId="14DD7FCB" w14:textId="2FE9CE00" w:rsidR="00372EB9" w:rsidRPr="00372EB9" w:rsidRDefault="00372EB9" w:rsidP="007F7E5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- Talk about adults who help us in </w:t>
            </w:r>
            <w:r w:rsidR="007F7E5E"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school. -</w:t>
            </w:r>
            <w:r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Role-play classroom </w:t>
            </w:r>
            <w:r w:rsidR="007F7E5E"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scenarios.</w:t>
            </w:r>
            <w:r w:rsidR="007F7E5E" w:rsidRPr="00372E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Activities</w:t>
            </w:r>
            <w:r w:rsidRPr="00372E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:</w:t>
            </w:r>
            <w:r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Role-play teacher, caretaker, librarian.</w:t>
            </w:r>
          </w:p>
        </w:tc>
        <w:tc>
          <w:tcPr>
            <w:tcW w:w="0" w:type="auto"/>
            <w:vAlign w:val="center"/>
            <w:hideMark/>
          </w:tcPr>
          <w:p w14:paraId="107C39C2" w14:textId="0B57725B" w:rsidR="00372EB9" w:rsidRPr="00372EB9" w:rsidRDefault="00372EB9" w:rsidP="007F7E5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- Describe different school helpers’ </w:t>
            </w:r>
            <w:r w:rsidR="007F7E5E"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roles. -</w:t>
            </w:r>
            <w:r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Explain how they support </w:t>
            </w:r>
            <w:r w:rsidR="007F7E5E"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learning.</w:t>
            </w:r>
            <w:r w:rsidR="007F7E5E" w:rsidRPr="00372E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Activities</w:t>
            </w:r>
            <w:r w:rsidRPr="00372E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:</w:t>
            </w:r>
            <w:r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Label classroom jobs, match equipment to helpers.</w:t>
            </w:r>
          </w:p>
        </w:tc>
        <w:tc>
          <w:tcPr>
            <w:tcW w:w="0" w:type="auto"/>
            <w:vAlign w:val="center"/>
            <w:hideMark/>
          </w:tcPr>
          <w:p w14:paraId="08C084FF" w14:textId="3FAE82DC" w:rsidR="00372EB9" w:rsidRPr="00372EB9" w:rsidRDefault="00372EB9" w:rsidP="007F7E5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Role-play: School office &amp; classroom </w:t>
            </w:r>
            <w:r w:rsidR="007F7E5E"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corner. Construction</w:t>
            </w:r>
            <w:r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: Build classrooms with </w:t>
            </w:r>
            <w:r w:rsidR="007F7E5E"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blocks. Creative</w:t>
            </w:r>
            <w:r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: Create “thank you” </w:t>
            </w:r>
            <w:r w:rsidR="007F7E5E"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cards. Outdoor</w:t>
            </w:r>
            <w:r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: Teacher/student role-play games.</w:t>
            </w:r>
          </w:p>
        </w:tc>
      </w:tr>
      <w:tr w:rsidR="00372EB9" w:rsidRPr="00372EB9" w14:paraId="4FE0131E" w14:textId="77777777" w:rsidTr="00372EB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A2A7CE" w14:textId="77777777" w:rsidR="00372EB9" w:rsidRPr="00372EB9" w:rsidRDefault="00372EB9" w:rsidP="007F7E5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372E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lastRenderedPageBreak/>
              <w:t>5</w:t>
            </w:r>
          </w:p>
        </w:tc>
        <w:tc>
          <w:tcPr>
            <w:tcW w:w="0" w:type="auto"/>
            <w:vAlign w:val="center"/>
            <w:hideMark/>
          </w:tcPr>
          <w:p w14:paraId="630C3D89" w14:textId="77777777" w:rsidR="00372EB9" w:rsidRPr="00372EB9" w:rsidRDefault="00372EB9" w:rsidP="007F7E5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People in the Community</w:t>
            </w:r>
          </w:p>
        </w:tc>
        <w:tc>
          <w:tcPr>
            <w:tcW w:w="0" w:type="auto"/>
            <w:vAlign w:val="center"/>
            <w:hideMark/>
          </w:tcPr>
          <w:p w14:paraId="67A19758" w14:textId="0CC7E077" w:rsidR="00372EB9" w:rsidRPr="00372EB9" w:rsidRDefault="00372EB9" w:rsidP="007F7E5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- Explore other helpers (shopkeepers, postal workers, bus drivers</w:t>
            </w:r>
            <w:r w:rsidR="007F7E5E"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). -</w:t>
            </w:r>
            <w:r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Discuss why they are </w:t>
            </w:r>
            <w:r w:rsidR="007F7E5E"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important.</w:t>
            </w:r>
            <w:r w:rsidR="007F7E5E" w:rsidRPr="00372E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Activities</w:t>
            </w:r>
            <w:r w:rsidRPr="00372E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:</w:t>
            </w:r>
            <w:r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Post office role-play, bus driver small world.</w:t>
            </w:r>
          </w:p>
        </w:tc>
        <w:tc>
          <w:tcPr>
            <w:tcW w:w="0" w:type="auto"/>
            <w:vAlign w:val="center"/>
            <w:hideMark/>
          </w:tcPr>
          <w:p w14:paraId="3D37FE5C" w14:textId="7C204D70" w:rsidR="00372EB9" w:rsidRPr="00372EB9" w:rsidRDefault="00372EB9" w:rsidP="007F7E5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- Name key community </w:t>
            </w:r>
            <w:r w:rsidR="007F7E5E"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helpers. -</w:t>
            </w:r>
            <w:r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Describe their role and </w:t>
            </w:r>
            <w:r w:rsidR="007F7E5E"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tools.</w:t>
            </w:r>
            <w:r w:rsidR="007F7E5E" w:rsidRPr="00372E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Activities</w:t>
            </w:r>
            <w:r w:rsidRPr="00372E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:</w:t>
            </w:r>
            <w:r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Create maps showing where helpers work, label tools.</w:t>
            </w:r>
          </w:p>
        </w:tc>
        <w:tc>
          <w:tcPr>
            <w:tcW w:w="0" w:type="auto"/>
            <w:vAlign w:val="center"/>
            <w:hideMark/>
          </w:tcPr>
          <w:p w14:paraId="2825DEC6" w14:textId="152DE409" w:rsidR="00372EB9" w:rsidRPr="00372EB9" w:rsidRDefault="00372EB9" w:rsidP="007F7E5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Role-play: Shop/post office/bus </w:t>
            </w:r>
            <w:r w:rsidR="007F7E5E"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station. Construction</w:t>
            </w:r>
            <w:r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: Build shops or bus stops with </w:t>
            </w:r>
            <w:r w:rsidR="007F7E5E"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blocks. Creative</w:t>
            </w:r>
            <w:r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: Make community helper </w:t>
            </w:r>
            <w:r w:rsidR="007F7E5E"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badges. Outdoor</w:t>
            </w:r>
            <w:r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: Delivery role-play games.</w:t>
            </w:r>
          </w:p>
        </w:tc>
      </w:tr>
      <w:tr w:rsidR="00372EB9" w:rsidRPr="00372EB9" w14:paraId="27F56BAB" w14:textId="77777777" w:rsidTr="00372EB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4A40C9" w14:textId="77777777" w:rsidR="00372EB9" w:rsidRPr="00372EB9" w:rsidRDefault="00372EB9" w:rsidP="007F7E5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372E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5A44585" w14:textId="77777777" w:rsidR="00372EB9" w:rsidRPr="00372EB9" w:rsidRDefault="00372EB9" w:rsidP="007F7E5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Celebrating Helpers</w:t>
            </w:r>
          </w:p>
        </w:tc>
        <w:tc>
          <w:tcPr>
            <w:tcW w:w="0" w:type="auto"/>
            <w:vAlign w:val="center"/>
            <w:hideMark/>
          </w:tcPr>
          <w:p w14:paraId="1A0BEBBE" w14:textId="33BEE4E1" w:rsidR="00372EB9" w:rsidRPr="00372EB9" w:rsidRDefault="00372EB9" w:rsidP="007F7E5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- Share what they have learned about </w:t>
            </w:r>
            <w:r w:rsidR="007F7E5E"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helpers. -</w:t>
            </w:r>
            <w:r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Talk about which helper is their </w:t>
            </w:r>
            <w:r w:rsidR="007F7E5E"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favourite.</w:t>
            </w:r>
            <w:r w:rsidR="007F7E5E" w:rsidRPr="00372E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Activities</w:t>
            </w:r>
            <w:r w:rsidRPr="00372E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:</w:t>
            </w:r>
            <w:r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Show-and-tell, songs, puppet shows.</w:t>
            </w:r>
          </w:p>
        </w:tc>
        <w:tc>
          <w:tcPr>
            <w:tcW w:w="0" w:type="auto"/>
            <w:vAlign w:val="center"/>
            <w:hideMark/>
          </w:tcPr>
          <w:p w14:paraId="565F8521" w14:textId="2B0ED831" w:rsidR="00372EB9" w:rsidRPr="00372EB9" w:rsidRDefault="00372EB9" w:rsidP="007F7E5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- Explain why helpers are </w:t>
            </w:r>
            <w:r w:rsidR="007F7E5E"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important. -</w:t>
            </w:r>
            <w:r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Present work to </w:t>
            </w:r>
            <w:r w:rsidR="007F7E5E"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class.</w:t>
            </w:r>
            <w:r w:rsidR="007F7E5E" w:rsidRPr="00372E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Activities</w:t>
            </w:r>
            <w:r w:rsidRPr="00372E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:</w:t>
            </w:r>
            <w:r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Create a “Helpers Gallery”, draw/write favourite helper.</w:t>
            </w:r>
          </w:p>
        </w:tc>
        <w:tc>
          <w:tcPr>
            <w:tcW w:w="0" w:type="auto"/>
            <w:vAlign w:val="center"/>
            <w:hideMark/>
          </w:tcPr>
          <w:p w14:paraId="29832A2B" w14:textId="4A4E3F2B" w:rsidR="00372EB9" w:rsidRPr="00372EB9" w:rsidRDefault="00372EB9" w:rsidP="007F7E5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Role-play: </w:t>
            </w:r>
            <w:r w:rsidR="007F7E5E"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Helper’s</w:t>
            </w:r>
            <w:r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r w:rsidR="007F7E5E"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exhibition. Construction</w:t>
            </w:r>
            <w:r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: Display buildings and </w:t>
            </w:r>
            <w:r w:rsidR="007F7E5E"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vehicles. Creative</w:t>
            </w:r>
            <w:r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: Puppet shows, thank-you </w:t>
            </w:r>
            <w:r w:rsidR="007F7E5E"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cards. Outdoor</w:t>
            </w:r>
            <w:r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: Role-play “</w:t>
            </w:r>
            <w:r w:rsidR="007F7E5E"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helpers’</w:t>
            </w:r>
            <w:r w:rsidRPr="00372EB9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day” games.</w:t>
            </w:r>
          </w:p>
        </w:tc>
      </w:tr>
    </w:tbl>
    <w:p w14:paraId="0D3053DE" w14:textId="77777777" w:rsidR="00372EB9" w:rsidRDefault="00372EB9" w:rsidP="007F7E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</w:p>
    <w:sectPr w:rsidR="00372EB9" w:rsidSect="00372EB9">
      <w:pgSz w:w="15840" w:h="12240" w:orient="landscape"/>
      <w:pgMar w:top="1800" w:right="1440" w:bottom="18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12820073">
    <w:abstractNumId w:val="8"/>
  </w:num>
  <w:num w:numId="2" w16cid:durableId="1202474946">
    <w:abstractNumId w:val="6"/>
  </w:num>
  <w:num w:numId="3" w16cid:durableId="1167868788">
    <w:abstractNumId w:val="5"/>
  </w:num>
  <w:num w:numId="4" w16cid:durableId="2000569943">
    <w:abstractNumId w:val="4"/>
  </w:num>
  <w:num w:numId="5" w16cid:durableId="431897310">
    <w:abstractNumId w:val="7"/>
  </w:num>
  <w:num w:numId="6" w16cid:durableId="1643385892">
    <w:abstractNumId w:val="3"/>
  </w:num>
  <w:num w:numId="7" w16cid:durableId="784233371">
    <w:abstractNumId w:val="2"/>
  </w:num>
  <w:num w:numId="8" w16cid:durableId="1177771087">
    <w:abstractNumId w:val="1"/>
  </w:num>
  <w:num w:numId="9" w16cid:durableId="213833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C3C43"/>
    <w:rsid w:val="0015074B"/>
    <w:rsid w:val="0029639D"/>
    <w:rsid w:val="00326F90"/>
    <w:rsid w:val="00372EB9"/>
    <w:rsid w:val="007F7E5E"/>
    <w:rsid w:val="00961EA2"/>
    <w:rsid w:val="00AA1D8D"/>
    <w:rsid w:val="00B47730"/>
    <w:rsid w:val="00BF5E62"/>
    <w:rsid w:val="00CB0664"/>
    <w:rsid w:val="00E555B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81BDA9E"/>
  <w14:defaultImageDpi w14:val="300"/>
  <w15:docId w15:val="{38DC615A-AEC6-442D-B4F0-8DBBDAA65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983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0B377A9-3185-4B9A-BCBA-71A284EFE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450</Words>
  <Characters>2569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3013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Staff</cp:lastModifiedBy>
  <cp:revision>3</cp:revision>
  <dcterms:created xsi:type="dcterms:W3CDTF">2025-08-26T17:33:00Z</dcterms:created>
  <dcterms:modified xsi:type="dcterms:W3CDTF">2025-11-18T19:19:00Z</dcterms:modified>
  <cp:category/>
</cp:coreProperties>
</file>