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1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1" name="Picture 1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4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B7B7B7"/>
          <w:left w:val="single" w:sz="5" w:color="B7B7B7"/>
          <w:bottom w:val="single" w:sz="5" w:color="B7B7B7"/>
          <w:right w:val="single" w:sz="5" w:color="B7B7B7"/>
          <w:insideH w:val="single" w:sz="5" w:color="B7B7B7"/>
          <w:insideV w:val="single" w:sz="5" w:color="B7B7B7"/>
        </w:tblBorders>
      </w:tblPr>
      <w:tblGrid>
        <w:gridCol w:w="4680"/>
        <w:gridCol w:w="4680"/>
      </w:tblGrid>
      <w:tr>
        <w:tc>
          <w:tcPr>
            <w:tcW w:type="dxa" w:w="9360"/>
            <w:gridSpan w:val="2"/>
            <w:shd w:fill="FFFFFF"/>
            <w:tcMar>
              <w:top w:w="35" w:type="dxa"/>
              <w:start w:w="55" w:type="dxa"/>
              <w:bottom w:w="3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Y1: Building on EYFS knowledge:</w:t>
            </w:r>
          </w:p>
          <w:p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Component Knowledge </w:t>
            </w:r>
          </w:p>
        </w:tc>
      </w:tr>
      <w:tr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that: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sentence is a group of words that communicates a complete idea.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sequence of sentences can tell a story, recount events or share information.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Saying and repeating a sentence helps a writer remember all the words in order.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written sentence begins with a capital letter and ends with suitable punctuation.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Finger spaces separate words so that writing can be read.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The conjunction and can join words or ideas.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Letters and digits are formed using consistent starting points and directions.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Sounds can be represented by letters or groups of letters called graphemes.</w:t>
            </w:r>
          </w:p>
        </w:tc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how to: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Orally rehearse a sentence and hold it in memory before writing.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Write two or more meaningful sentences in a clear sequence.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a capital letter and full stop consistently to demarcate sentences.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question marks and exclamation marks where appropriate.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Leave appropriately sized finger spaces between words.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Join words and ideas using and.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Form lower-case letters, capital letters and digits correctly.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Segment words and apply the grapheme-phoneme correspondences taught through Little Wandle.</w:t>
            </w:r>
          </w:p>
        </w:tc>
      </w:tr>
    </w:tbl>
    <w:p>
      <w:pPr>
        <w:spacing w:before="0" w:after="0"/>
        <w:jc w:val="center"/>
      </w:pPr>
      <w:r>
        <w:rPr>
          <w:rFonts w:ascii="Arial" w:hAnsi="Arial"/>
          <w:b w:val="0"/>
          <w:i w:val="0"/>
          <w:color w:val="E8C038"/>
          <w:sz w:val="56"/>
        </w:rPr>
        <w:t>⇩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3000"/>
        <w:gridCol w:w="3360"/>
        <w:gridCol w:w="3000"/>
      </w:tblGrid>
      <w:tr>
        <w:tc>
          <w:tcPr>
            <w:tcW w:type="dxa" w:w="3000"/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Composite Knowledge</w:t>
            </w:r>
          </w:p>
        </w:tc>
        <w:tc>
          <w:tcPr>
            <w:tcW w:type="dxa" w:w="6360"/>
            <w:gridSpan w:val="2"/>
          </w:tcPr>
          <w:p/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Letter formation / Handwriting</w:t>
            </w:r>
          </w:p>
        </w:tc>
      </w:tr>
      <w:tr>
        <w:trPr>
          <w:trHeight w:val="150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sit correctly at a table and use a secure tripod grip.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position the paper appropriately and control the pencil when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form lower-case letters in the correct direction, starting and finishing in the right place.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form capital letters and write upper-case and lower-case pairs accurately.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form digits 0-9 correctly on a line guide and squared paper.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form the curly caterpillar, bridge, ladder and zig-zag letter families accurately.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write taught digraphs, trigraphs, days, months, number words and common exception words legibly.</w:t>
            </w:r>
          </w:p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Planning, Drafting and Editing</w:t>
            </w:r>
          </w:p>
        </w:tc>
      </w:tr>
      <w:tr>
        <w:trPr>
          <w:trHeight w:val="175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compose and say a sentence aloud before writing it.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sequence sentences to form short narratives and recounts.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pictures, oral rehearsal and simple notes to organise ideas.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read their writing aloud to check that it makes sense.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notice missing words, unclear meaning or punctuation errors.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make a simple improvement to their writing with adult guidance and increasingly independently.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Audience, Purpose and Structure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simple sentences for a clear purpose and familiar audience.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simple features of narratives, recounts, descriptions, letters and instructions.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choose relevant vocabulary, including adjectives, to describe people, places and events.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short narratives and recounts in a logical order.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read their writing aloud clearly to a teacher or peers.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Sentence Structure (Including punctuation and grammar)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write simple sentences that are accurately punctuated with a capital letter and full stop.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join words and clauses using and.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begin to use because to explain an idea.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capital letters for names, places, days of the week, months and the personal pronoun I.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leave clear finger spaces between words.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question marks and exclamation marks where appropriate.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the suffixes -s, -es, -ed and -ing and the prefix un- in taught contexts.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sequence sentences to form a short narrative or recount.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Terminology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Recognise and use the terms: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Letter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Capital letter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Word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Singular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Plural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Sentence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Punctuation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Full stop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Question mark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Exclamation mark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Noun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Verb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Adjective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Conjunction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Phonic &amp; Whole word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segment spoken words into phonemes and represent them with taught graphemes.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using the grapheme-phoneme correspondences taught through Little Wandle.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taught tricky words and common exception words.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the days of the week and name the letters of the alphabet in order.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letter names to distinguish between alternative spellings of the same sound.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Other word building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add -s or -es to form plurals and third-person singular verbs.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the prefix un-.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add -ing, -ed, -er and -est where no change is needed to the root word.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make phonically plausible attempts at longer words using taught graphemes.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apply taught spelling patterns when writing independently.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1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2" name="Picture 2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0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reread words and sentences to check that spellings match the sounds they can hear.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taught Little Wandle grapheme mats and tricky-word knowledge when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proofread and correct a small number of spellings with adult support and increasing independence.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Contexts for writing (Purpose)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Sentence writing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School-day recount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describe: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Character description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Narrative retelling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Own-version narrative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inform/recount: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Postcard or letter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Planting diary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instruct: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Instructional guide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First-person account</w:t>
            </w:r>
          </w:p>
        </w:tc>
      </w:tr>
    </w:tbl>
    <w:sectPr w:rsidR="00FC693F" w:rsidRPr="0006063C" w:rsidSect="00034616">
      <w:pgSz w:w="11909" w:h="16834"/>
      <w:pgMar w:top="504" w:right="547" w:bottom="504" w:left="547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310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000000"/>
      </w:rPr>
    </w:lvl>
  </w:abstractNum>
  <w:num w:numId="310">
    <w:abstractNumId w:val="310"/>
  </w:num>
  <w:abstractNum w:abstractNumId="311">
    <w:multiLevelType w:val="singleLevel"/>
    <w:lvl w:ilvl="0">
      <w:start w:val="1"/>
      <w:numFmt w:val="bullet"/>
      <w:lvlText w:val="•"/>
      <w:lvlJc w:val="left"/>
      <w:pPr>
        <w:ind w:left="420" w:hanging="240"/>
      </w:pPr>
      <w:rPr>
        <w:color w:val="000000"/>
      </w:rPr>
    </w:lvl>
  </w:abstractNum>
  <w:num w:numId="311">
    <w:abstractNumId w:val="311"/>
  </w:num>
  <w:abstractNum w:abstractNumId="312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9A7800"/>
      </w:rPr>
    </w:lvl>
  </w:abstractNum>
  <w:num w:numId="312">
    <w:abstractNumId w:val="312"/>
  </w:num>
  <w:abstractNum w:abstractNumId="313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203080"/>
      </w:rPr>
    </w:lvl>
  </w:abstractNum>
  <w:num w:numId="313">
    <w:abstractNumId w:val="3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9FA17A-CE4F-4524-8132-A7A0A07ABE1D}"/>
</file>

<file path=customXml/itemProps3.xml><?xml version="1.0" encoding="utf-8"?>
<ds:datastoreItem xmlns:ds="http://schemas.openxmlformats.org/officeDocument/2006/customXml" ds:itemID="{745FEC07-D819-4A3F-90E6-38AABB5CD655}"/>
</file>

<file path=customXml/itemProps4.xml><?xml version="1.0" encoding="utf-8"?>
<ds:datastoreItem xmlns:ds="http://schemas.openxmlformats.org/officeDocument/2006/customXml" ds:itemID="{E936EF6C-85F8-4284-8EC2-B13D1975D6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End Points – Year 1 | St Boniface</dc:title>
  <dc:subject>Year 1 writing curriculum end points</dc:subject>
  <dc:creator>St Boniface R.C. Primary School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