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3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1" name="Picture 1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4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B7B7B7"/>
          <w:left w:val="single" w:sz="5" w:color="B7B7B7"/>
          <w:bottom w:val="single" w:sz="5" w:color="B7B7B7"/>
          <w:right w:val="single" w:sz="5" w:color="B7B7B7"/>
          <w:insideH w:val="single" w:sz="5" w:color="B7B7B7"/>
          <w:insideV w:val="single" w:sz="5" w:color="B7B7B7"/>
        </w:tblBorders>
      </w:tblPr>
      <w:tblGrid>
        <w:gridCol w:w="4680"/>
        <w:gridCol w:w="4680"/>
      </w:tblGrid>
      <w:tr>
        <w:tc>
          <w:tcPr>
            <w:tcW w:type="dxa" w:w="9360"/>
            <w:gridSpan w:val="2"/>
            <w:shd w:fill="FFFFFF"/>
            <w:tcMar>
              <w:top w:w="35" w:type="dxa"/>
              <w:start w:w="55" w:type="dxa"/>
              <w:bottom w:w="3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Y3: In addition to KS1 knowledge:</w:t>
            </w:r>
          </w:p>
          <w:p>
            <w:pPr>
              <w:spacing w:before="0" w:after="0"/>
              <w:jc w:val="right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Component Knowledge </w:t>
            </w:r>
          </w:p>
        </w:tc>
      </w:tr>
      <w:tr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4"/>
              </w:rPr>
              <w:t>Pupils know that: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paragraph is a group of related sentences about one topic or theme.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Commas separate items in a list.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subordinate clause adds information to a main clause and may begin with when, if, because or although.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Adverbs and adverbial phrases can show time, place, manner and cause.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Verbs can be selected and changed to create a more precise effect.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preposition links a noun to another word and can show time, place or cause.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noun phrase can be expanded using adjectives and prepositional phrases.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Changing word or clause order can alter emphasis and meaning.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Tense and person must remain consistent so that writing makes sense.</w:t>
            </w:r>
          </w:p>
        </w:tc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4"/>
              </w:rPr>
              <w:t>Pupils know how to: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Organise related ideas into paragraphs around a theme.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commas accurately in lists.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Create multi-clause sentences using when, if, because and although.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conjunctions, adverbs and prepositions to show time, place and cause.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Select precise verbs and ambitious vocabulary for effect.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Expand noun phrases with adjectives and prepositional phrases.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Vary the position of clauses and adverbials within sentences.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Maintain consistent tense and person, including accurate subject-verb agreement.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Apply these choices in sustained narrative and non-fiction writing.</w:t>
            </w:r>
          </w:p>
        </w:tc>
      </w:tr>
    </w:tbl>
    <w:p>
      <w:pPr>
        <w:spacing w:before="0" w:after="0"/>
        <w:jc w:val="center"/>
      </w:pPr>
      <w:r>
        <w:rPr>
          <w:rFonts w:ascii="Arial" w:hAnsi="Arial"/>
          <w:b w:val="0"/>
          <w:i w:val="0"/>
          <w:color w:val="E8C038"/>
          <w:sz w:val="56"/>
        </w:rPr>
        <w:t>⇩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3000"/>
        <w:gridCol w:w="3360"/>
        <w:gridCol w:w="3000"/>
      </w:tblGrid>
      <w:tr>
        <w:tc>
          <w:tcPr>
            <w:tcW w:type="dxa" w:w="3000"/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Composite Knowledge</w:t>
            </w:r>
          </w:p>
        </w:tc>
        <w:tc>
          <w:tcPr>
            <w:tcW w:type="dxa" w:w="6360"/>
            <w:gridSpan w:val="2"/>
          </w:tcPr>
          <w:p/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Letter formation / Handwriting</w:t>
            </w:r>
          </w:p>
        </w:tc>
      </w:tr>
      <w:tr>
        <w:trPr>
          <w:trHeight w:val="150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sit correctly and use a secure tripod grip throughout handwriting sessions.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the taught movements when joining onto letters: up, over, stop and reverse; down, round and to the top line.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the taught movements when joining from letters: across the top; loop; and along the bottom and up.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apply the taught join families accurately within words and sentences.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write upper-case and lower-case pairs accurately, keeping capital letters unjoined.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increase fluency, legibility and consistency through parallel downstrokes and appropriate letter and line spacing.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write joined spelling words, common exception words, days, months and number words accurately.</w:t>
            </w:r>
          </w:p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Planning, Drafting and Editing</w:t>
            </w:r>
          </w:p>
        </w:tc>
      </w:tr>
      <w:tr>
        <w:trPr>
          <w:trHeight w:val="175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ideas from reading, research and modelled examples to plan writing.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discuss and record ideas using oral rehearsal, notes, diagrams and vocabulary banks.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compose and rehearse sentences orally, including dialogue.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organise writing into paragraphs around a theme.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assess the effectiveness of their own and others’ writing and suggest improvements.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proofread for spelling and punctuation errors with increasing accuracy.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read writing aloud with appropriate volume and intonation.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Audience, Purpose and Structure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discuss writing similar to that which they are planning and learn from its structure, vocabulary and grammar.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for a growing range of purposes and audiences using appropriate text structures.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use headings, subheadings, diagrams and other simple organisational devices in non-fiction.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make deliberate, ambitious vocabulary choices to add detail and precision.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create settings, characters and plots in narratives and begin to use dialogue to convey character.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Sentence Structure (Including punctuation and grammar)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maintain consistent present or past tense, including the present perfect where appropriate.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a or an correctly according to the next sound.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create multi-clause sentences using a wider range of conjunctions, including when, if, because and although.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conjunctions, adverbs and prepositions to express time, place and cause.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expand noun phrases using adjectives and prepositional phrases.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commas in lists and the full range of punctuation taught in KS1.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punctuate direct speech using inverted commas and appropriate end punctuation.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paragraphs, headings and subheadings to organise related material.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Terminology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Recognise and use the terms: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Preposition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Conjunction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Word family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Prefix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Suffix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Clause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Subordinate clause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Direct speech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Consonant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Vowel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Inverted commas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Adverb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Present perfect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Phonic &amp; Whole word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the /ay/ sound using ei and ey and apply taught alternative graphemes.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taught homophones and near-homophones accurately in context.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the /k/ and /sh/ sounds written ch and the endings gue and que.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the /s/ sound written sc, the /i/ sound written y and the /u/ sound written ou.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containing taught patterns including ough, ea and final y for the long /ee/ sound.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Other word building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add the prefixes dis-, mis- and re- and understand how they change meaning.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add suffixes beginning with vowel letters to words of more than one syllable.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form adverbs using -ly, including changes to roots ending in y, le and ic.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recognise and use taught word families including sol, dec, cent, milli and micro.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morphology, etymology and known roots to support spelling.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3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2" name="Picture 2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0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learn, revisit and apply words from the statutory Year 3 and Year 4 word list.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use the first two or three letters of a word to check its spelling in a dictionary.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proofread and correct spellings using taught patterns, word families and Emile retrieval practice.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Contexts for writing (Purpose)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Sentence writing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Poetry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persuade: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Persuasive advert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Narrative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explain: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Explanation text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reflect: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Letter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Non-chronological report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recount: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Historical recount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instruct: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Instructional guide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describe: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Setting description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persuade: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Persuasive speech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persuade: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Persuasive letter</w:t>
            </w:r>
          </w:p>
        </w:tc>
      </w:tr>
    </w:tbl>
    <w:sectPr w:rsidR="00FC693F" w:rsidRPr="0006063C" w:rsidSect="00034616">
      <w:pgSz w:w="11909" w:h="16834"/>
      <w:pgMar w:top="504" w:right="547" w:bottom="504" w:left="547" w:header="216" w:footer="21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310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000000"/>
      </w:rPr>
    </w:lvl>
  </w:abstractNum>
  <w:num w:numId="310">
    <w:abstractNumId w:val="310"/>
  </w:num>
  <w:abstractNum w:abstractNumId="311">
    <w:multiLevelType w:val="singleLevel"/>
    <w:lvl w:ilvl="0">
      <w:start w:val="1"/>
      <w:numFmt w:val="bullet"/>
      <w:lvlText w:val="•"/>
      <w:lvlJc w:val="left"/>
      <w:pPr>
        <w:ind w:left="420" w:hanging="240"/>
      </w:pPr>
      <w:rPr>
        <w:color w:val="000000"/>
      </w:rPr>
    </w:lvl>
  </w:abstractNum>
  <w:num w:numId="311">
    <w:abstractNumId w:val="311"/>
  </w:num>
  <w:abstractNum w:abstractNumId="312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9A7800"/>
      </w:rPr>
    </w:lvl>
  </w:abstractNum>
  <w:num w:numId="312">
    <w:abstractNumId w:val="312"/>
  </w:num>
  <w:abstractNum w:abstractNumId="313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203080"/>
      </w:rPr>
    </w:lvl>
  </w:abstractNum>
  <w:num w:numId="313">
    <w:abstractNumId w:val="3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6E9B67-867C-44ED-88FE-8D48FE63A7A8}"/>
</file>

<file path=customXml/itemProps3.xml><?xml version="1.0" encoding="utf-8"?>
<ds:datastoreItem xmlns:ds="http://schemas.openxmlformats.org/officeDocument/2006/customXml" ds:itemID="{8D04E3DD-0877-49E6-9952-D738CD13859C}"/>
</file>

<file path=customXml/itemProps4.xml><?xml version="1.0" encoding="utf-8"?>
<ds:datastoreItem xmlns:ds="http://schemas.openxmlformats.org/officeDocument/2006/customXml" ds:itemID="{450033DE-6745-40FB-8DB4-EF04F5D18D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End Points – Year 3 | St Boniface</dc:title>
  <dc:subject>Year 3 writing curriculum end points</dc:subject>
  <dc:creator>St Boniface R.C. Primary School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